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D0DF9D" w14:textId="6A1EDA73" w:rsidR="00126F87" w:rsidRDefault="00ED1AF6">
      <w:pPr>
        <w:pStyle w:val="Heading1"/>
      </w:pPr>
      <w:r>
        <w:t xml:space="preserve">                                </w:t>
      </w:r>
      <w:r w:rsidR="00000000">
        <w:t>Letter to the Minister of Immigration</w:t>
      </w:r>
    </w:p>
    <w:p w14:paraId="271F6CDE" w14:textId="77777777" w:rsidR="00126F87" w:rsidRDefault="00000000">
      <w:r>
        <w:t>Date: ______________________</w:t>
      </w:r>
    </w:p>
    <w:p w14:paraId="7BA04A86" w14:textId="77777777" w:rsidR="00126F87" w:rsidRDefault="00126F87"/>
    <w:p w14:paraId="4F57FAA1" w14:textId="77777777" w:rsidR="00126F87" w:rsidRDefault="00000000">
      <w:r>
        <w:t>The Honourable Lena Metlege Diab</w:t>
      </w:r>
    </w:p>
    <w:p w14:paraId="7D36C761" w14:textId="77777777" w:rsidR="00126F87" w:rsidRDefault="00000000">
      <w:r>
        <w:t>Minister of Immigration, Refugees and Citizenship Canada</w:t>
      </w:r>
    </w:p>
    <w:p w14:paraId="398BCCB9" w14:textId="77777777" w:rsidR="00126F87" w:rsidRDefault="00000000">
      <w:r>
        <w:t>House of Commons</w:t>
      </w:r>
    </w:p>
    <w:p w14:paraId="4339B20B" w14:textId="77777777" w:rsidR="00126F87" w:rsidRDefault="00000000">
      <w:r>
        <w:t>Ottawa, ON  K1A 0A6</w:t>
      </w:r>
    </w:p>
    <w:p w14:paraId="454F64EC" w14:textId="77777777" w:rsidR="00126F87" w:rsidRDefault="00000000">
      <w:r>
        <w:t>Email: lenametlege.diab@parl.gc.ca</w:t>
      </w:r>
    </w:p>
    <w:p w14:paraId="11DF8EF3" w14:textId="77777777" w:rsidR="00126F87" w:rsidRDefault="00126F87"/>
    <w:p w14:paraId="487BB241" w14:textId="77777777" w:rsidR="00126F87" w:rsidRDefault="00000000">
      <w:r>
        <w:t>Subject: Request for a Permanent Residence Pathway for Ukrainian Workers under CUAET</w:t>
      </w:r>
    </w:p>
    <w:p w14:paraId="4C72475F" w14:textId="77777777" w:rsidR="00126F87" w:rsidRDefault="00126F87"/>
    <w:p w14:paraId="5728E698" w14:textId="77777777" w:rsidR="00126F87" w:rsidRDefault="00000000">
      <w:r>
        <w:t>Dear Minister Diab,</w:t>
      </w:r>
    </w:p>
    <w:p w14:paraId="57234250" w14:textId="77777777" w:rsidR="00126F87" w:rsidRDefault="00126F87"/>
    <w:p w14:paraId="7EB3E2E1" w14:textId="77777777" w:rsidR="00126F87" w:rsidRDefault="00000000">
      <w:r>
        <w:t>My name is ______________________, and I am the owner/manager of ______________________ located in ______________________. Our company currently employs ______________________ Ukrainian workers who arrived in Canada under the Canada-Ukraine Authorization for Emergency Travel (CUAET) program.</w:t>
      </w:r>
    </w:p>
    <w:p w14:paraId="5613E08D" w14:textId="77777777" w:rsidR="00126F87" w:rsidRDefault="00126F87"/>
    <w:p w14:paraId="539A6301" w14:textId="77777777" w:rsidR="00126F87" w:rsidRDefault="00000000">
      <w:r>
        <w:t>I would like to express my sincere appreciation for the contribution these employees make to our company and community. Their dedication, professionalism, and strong work ethic have become an essential part of our operations.</w:t>
      </w:r>
    </w:p>
    <w:p w14:paraId="64D4F8C6" w14:textId="77777777" w:rsidR="00126F87" w:rsidRDefault="00126F87"/>
    <w:p w14:paraId="5958B4D8" w14:textId="77777777" w:rsidR="00126F87" w:rsidRDefault="00000000">
      <w:r>
        <w:t>However, the temporary nature of their current status creates uncertainty for them and their families. This uncertainty also impacts our ability to plan long-term and maintain a stable workforce.</w:t>
      </w:r>
    </w:p>
    <w:p w14:paraId="3B1EB868" w14:textId="77777777" w:rsidR="00126F87" w:rsidRDefault="00126F87"/>
    <w:p w14:paraId="249543E0" w14:textId="77777777" w:rsidR="00126F87" w:rsidRDefault="00000000">
      <w:r>
        <w:t>I respectfully request that the Government of Canada create a special Permanent Residence pathway for Ukrainian workers under CUAET, allowing them and their families to remain safely in Canada and continue contributing to our economy and society.</w:t>
      </w:r>
    </w:p>
    <w:p w14:paraId="0D59B6E7" w14:textId="77777777" w:rsidR="00126F87" w:rsidRDefault="00126F87"/>
    <w:p w14:paraId="45CA7D2E" w14:textId="77777777" w:rsidR="00126F87" w:rsidRDefault="00000000">
      <w:r>
        <w:t>Thank you for your attention to this important matter. I am available to provide any additional information if needed.</w:t>
      </w:r>
    </w:p>
    <w:p w14:paraId="04312F92" w14:textId="77777777" w:rsidR="00126F87" w:rsidRDefault="00126F87"/>
    <w:p w14:paraId="6DFAB00E" w14:textId="77777777" w:rsidR="00126F87" w:rsidRDefault="00000000">
      <w:r>
        <w:t>Sincerely,</w:t>
      </w:r>
    </w:p>
    <w:p w14:paraId="4540F5E2" w14:textId="77777777" w:rsidR="00126F87" w:rsidRDefault="00126F87"/>
    <w:p w14:paraId="6825AF0C" w14:textId="77777777" w:rsidR="00126F87" w:rsidRDefault="00000000">
      <w:r>
        <w:t>______________________</w:t>
      </w:r>
    </w:p>
    <w:p w14:paraId="08B9584C" w14:textId="77777777" w:rsidR="00126F87" w:rsidRDefault="00000000">
      <w:r>
        <w:t>Full Name</w:t>
      </w:r>
    </w:p>
    <w:p w14:paraId="497D1587" w14:textId="77777777" w:rsidR="00126F87" w:rsidRDefault="00000000">
      <w:r>
        <w:t>______________________</w:t>
      </w:r>
    </w:p>
    <w:p w14:paraId="5EAFC58A" w14:textId="77777777" w:rsidR="00126F87" w:rsidRDefault="00000000">
      <w:r>
        <w:t>Position / Title</w:t>
      </w:r>
    </w:p>
    <w:p w14:paraId="183A35BF" w14:textId="77777777" w:rsidR="00126F87" w:rsidRDefault="00000000">
      <w:r>
        <w:t>______________________</w:t>
      </w:r>
    </w:p>
    <w:p w14:paraId="0C2CA879" w14:textId="77777777" w:rsidR="00126F87" w:rsidRDefault="00000000">
      <w:r>
        <w:t>Company Name</w:t>
      </w:r>
    </w:p>
    <w:p w14:paraId="097614D2" w14:textId="77777777" w:rsidR="00ED1AF6" w:rsidRDefault="00ED1AF6"/>
    <w:p w14:paraId="0DA7542C" w14:textId="77777777" w:rsidR="00ED1AF6" w:rsidRDefault="00ED1AF6"/>
    <w:p w14:paraId="3EAA10E1" w14:textId="77777777" w:rsidR="00ED1AF6" w:rsidRDefault="00ED1AF6"/>
    <w:p w14:paraId="170F6F40" w14:textId="77777777" w:rsidR="00ED1AF6" w:rsidRDefault="00ED1AF6"/>
    <w:p w14:paraId="127CB82D" w14:textId="77777777" w:rsidR="00ED1AF6" w:rsidRDefault="00ED1AF6"/>
    <w:p w14:paraId="3553A37A" w14:textId="77777777" w:rsidR="00ED1AF6" w:rsidRDefault="00ED1AF6"/>
    <w:p w14:paraId="5061C0B4" w14:textId="77777777" w:rsidR="00ED1AF6" w:rsidRDefault="00ED1AF6"/>
    <w:p w14:paraId="692B526E" w14:textId="77777777" w:rsidR="00ED1AF6" w:rsidRDefault="00ED1AF6"/>
    <w:p w14:paraId="114B901B" w14:textId="77777777" w:rsidR="00ED1AF6" w:rsidRDefault="00ED1AF6"/>
    <w:p w14:paraId="3BCEE24F" w14:textId="77777777" w:rsidR="00ED1AF6" w:rsidRDefault="00ED1AF6"/>
    <w:p w14:paraId="6F434DA1" w14:textId="77777777" w:rsidR="00ED1AF6" w:rsidRDefault="00ED1AF6"/>
    <w:p w14:paraId="74A7E000" w14:textId="77777777" w:rsidR="00ED1AF6" w:rsidRDefault="00ED1AF6"/>
    <w:p w14:paraId="0424BD75" w14:textId="77777777" w:rsidR="00ED1AF6" w:rsidRDefault="00ED1AF6" w:rsidP="00ED1AF6">
      <w:pPr>
        <w:rPr>
          <w:b/>
          <w:bCs/>
        </w:rPr>
      </w:pPr>
    </w:p>
    <w:p w14:paraId="57CF6625" w14:textId="77777777" w:rsidR="00ED1AF6" w:rsidRDefault="00ED1AF6" w:rsidP="00ED1AF6">
      <w:pPr>
        <w:rPr>
          <w:b/>
          <w:bCs/>
        </w:rPr>
      </w:pPr>
    </w:p>
    <w:p w14:paraId="0618AE21" w14:textId="1084F59E" w:rsidR="00ED1AF6" w:rsidRPr="00C36DCD" w:rsidRDefault="00ED1AF6" w:rsidP="00ED1AF6">
      <w:pPr>
        <w:rPr>
          <w:b/>
          <w:bCs/>
        </w:rPr>
      </w:pPr>
      <w:r w:rsidRPr="00C36DCD">
        <w:rPr>
          <w:b/>
          <w:bCs/>
        </w:rPr>
        <w:lastRenderedPageBreak/>
        <w:t>What We Propose</w:t>
      </w:r>
    </w:p>
    <w:p w14:paraId="7BDCECFE" w14:textId="77777777" w:rsidR="00ED1AF6" w:rsidRPr="00C36DCD" w:rsidRDefault="00ED1AF6" w:rsidP="00ED1AF6">
      <w:r w:rsidRPr="00C36DCD">
        <w:t>Considering the above, we respectfully urge the Government of Canada to consider establishing a special long-term program that would allow Ukrainians who arrived under the CUAET program — along with their family members — to obtain permanent resident (PR) status.</w:t>
      </w:r>
    </w:p>
    <w:p w14:paraId="657CD7A3" w14:textId="77777777" w:rsidR="00ED1AF6" w:rsidRPr="00C36DCD" w:rsidRDefault="00360DE0" w:rsidP="00ED1AF6">
      <w:r>
        <w:rPr>
          <w:noProof/>
        </w:rPr>
        <w:pict w14:anchorId="3F7E1BC3">
          <v:rect id="_x0000_i1026" alt="" style="width:431.95pt;height:.05pt;mso-width-percent:0;mso-height-percent:0;mso-width-percent:0;mso-height-percent:0" o:hrpct="923" o:hrstd="t" o:hr="t" fillcolor="#a0a0a0" stroked="f"/>
        </w:pict>
      </w:r>
    </w:p>
    <w:p w14:paraId="016982BA" w14:textId="77777777" w:rsidR="00ED1AF6" w:rsidRPr="00C36DCD" w:rsidRDefault="00ED1AF6" w:rsidP="00ED1AF6">
      <w:pPr>
        <w:rPr>
          <w:b/>
          <w:bCs/>
        </w:rPr>
      </w:pPr>
      <w:r w:rsidRPr="00C36DCD">
        <w:rPr>
          <w:b/>
          <w:bCs/>
        </w:rPr>
        <w:t>Suggested selection criteria</w:t>
      </w:r>
    </w:p>
    <w:p w14:paraId="47C8CC5F" w14:textId="77777777" w:rsidR="00ED1AF6" w:rsidRPr="00C36DCD" w:rsidRDefault="00ED1AF6" w:rsidP="00ED1AF6">
      <w:pPr>
        <w:numPr>
          <w:ilvl w:val="0"/>
          <w:numId w:val="10"/>
        </w:numPr>
        <w:spacing w:after="0" w:line="240" w:lineRule="auto"/>
      </w:pPr>
      <w:r w:rsidRPr="00C36DCD">
        <w:rPr>
          <w:b/>
          <w:bCs/>
        </w:rPr>
        <w:t>Date of entry:</w:t>
      </w:r>
      <w:r w:rsidRPr="00C36DCD">
        <w:br/>
        <w:t>For example applicants who arrived in Canada </w:t>
      </w:r>
      <w:r w:rsidRPr="00C36DCD">
        <w:rPr>
          <w:b/>
          <w:bCs/>
        </w:rPr>
        <w:t xml:space="preserve">before October 1, </w:t>
      </w:r>
      <w:proofErr w:type="gramStart"/>
      <w:r w:rsidRPr="00C36DCD">
        <w:rPr>
          <w:b/>
          <w:bCs/>
        </w:rPr>
        <w:t>2025</w:t>
      </w:r>
      <w:r w:rsidRPr="00C36DCD">
        <w:t> .</w:t>
      </w:r>
      <w:proofErr w:type="gramEnd"/>
    </w:p>
    <w:p w14:paraId="7D553831" w14:textId="77777777" w:rsidR="00ED1AF6" w:rsidRPr="00C36DCD" w:rsidRDefault="00ED1AF6" w:rsidP="00ED1AF6">
      <w:pPr>
        <w:numPr>
          <w:ilvl w:val="0"/>
          <w:numId w:val="10"/>
        </w:numPr>
        <w:spacing w:after="0" w:line="240" w:lineRule="auto"/>
      </w:pPr>
      <w:r w:rsidRPr="00C36DCD">
        <w:rPr>
          <w:b/>
          <w:bCs/>
        </w:rPr>
        <w:t>Length of Residence:</w:t>
      </w:r>
      <w:r w:rsidRPr="00C36DCD">
        <w:br/>
        <w:t>Have resided in Canada for at least </w:t>
      </w:r>
      <w:r w:rsidRPr="00C36DCD">
        <w:rPr>
          <w:b/>
          <w:bCs/>
        </w:rPr>
        <w:t>two of the last four years</w:t>
      </w:r>
      <w:r w:rsidRPr="00C36DCD">
        <w:t> at the time of application.</w:t>
      </w:r>
    </w:p>
    <w:p w14:paraId="4959B9BE" w14:textId="77777777" w:rsidR="00ED1AF6" w:rsidRPr="00C36DCD" w:rsidRDefault="00ED1AF6" w:rsidP="00ED1AF6">
      <w:pPr>
        <w:numPr>
          <w:ilvl w:val="0"/>
          <w:numId w:val="10"/>
        </w:numPr>
        <w:spacing w:after="0" w:line="240" w:lineRule="auto"/>
      </w:pPr>
      <w:r w:rsidRPr="00C36DCD">
        <w:rPr>
          <w:b/>
          <w:bCs/>
        </w:rPr>
        <w:t>Status in Canada:</w:t>
      </w:r>
      <w:r w:rsidRPr="00C36DCD">
        <w:br/>
        <w:t>Possess a valid work or study permit issued under the </w:t>
      </w:r>
      <w:r w:rsidRPr="00C36DCD">
        <w:rPr>
          <w:b/>
          <w:bCs/>
        </w:rPr>
        <w:t>CUAET</w:t>
      </w:r>
      <w:r w:rsidRPr="00C36DCD">
        <w:t> </w:t>
      </w:r>
      <w:proofErr w:type="gramStart"/>
      <w:r w:rsidRPr="00C36DCD">
        <w:t>program ,</w:t>
      </w:r>
      <w:proofErr w:type="gramEnd"/>
      <w:r w:rsidRPr="00C36DCD">
        <w:t xml:space="preserve"> which provides temporary resident status.</w:t>
      </w:r>
    </w:p>
    <w:p w14:paraId="1237974D" w14:textId="77777777" w:rsidR="00ED1AF6" w:rsidRPr="00C36DCD" w:rsidRDefault="00ED1AF6" w:rsidP="00ED1AF6">
      <w:pPr>
        <w:numPr>
          <w:ilvl w:val="0"/>
          <w:numId w:val="10"/>
        </w:numPr>
        <w:spacing w:after="0" w:line="240" w:lineRule="auto"/>
      </w:pPr>
      <w:r w:rsidRPr="00C36DCD">
        <w:rPr>
          <w:b/>
          <w:bCs/>
        </w:rPr>
        <w:t>Actual Presence:</w:t>
      </w:r>
      <w:r w:rsidRPr="00C36DCD">
        <w:br/>
        <w:t>Physically present in Canada at the time of application and upon obtaining permanent resident status.</w:t>
      </w:r>
    </w:p>
    <w:p w14:paraId="79B42050" w14:textId="77777777" w:rsidR="00ED1AF6" w:rsidRPr="00C36DCD" w:rsidRDefault="00ED1AF6" w:rsidP="00ED1AF6">
      <w:pPr>
        <w:numPr>
          <w:ilvl w:val="0"/>
          <w:numId w:val="10"/>
        </w:numPr>
        <w:spacing w:after="0" w:line="240" w:lineRule="auto"/>
      </w:pPr>
      <w:r w:rsidRPr="00C36DCD">
        <w:rPr>
          <w:b/>
          <w:bCs/>
        </w:rPr>
        <w:t>Intent to Reside in Canada:</w:t>
      </w:r>
      <w:r w:rsidRPr="00C36DCD">
        <w:br/>
        <w:t>Confirms intention to make Canada their permanent home.</w:t>
      </w:r>
    </w:p>
    <w:p w14:paraId="0E4897E0" w14:textId="77777777" w:rsidR="00ED1AF6" w:rsidRPr="00C36DCD" w:rsidRDefault="00ED1AF6" w:rsidP="00ED1AF6">
      <w:pPr>
        <w:numPr>
          <w:ilvl w:val="0"/>
          <w:numId w:val="10"/>
        </w:numPr>
        <w:spacing w:after="0" w:line="240" w:lineRule="auto"/>
      </w:pPr>
      <w:r w:rsidRPr="00C36DCD">
        <w:rPr>
          <w:b/>
          <w:bCs/>
        </w:rPr>
        <w:t>Economic independence:</w:t>
      </w:r>
      <w:r w:rsidRPr="00C36DCD">
        <w:br/>
        <w:t>Employed, self-employed, or able to demonstrate sufficient funds to support themselves and their families.</w:t>
      </w:r>
    </w:p>
    <w:p w14:paraId="11F714C4" w14:textId="77777777" w:rsidR="00ED1AF6" w:rsidRPr="00C36DCD" w:rsidRDefault="00ED1AF6" w:rsidP="00ED1AF6">
      <w:pPr>
        <w:numPr>
          <w:ilvl w:val="0"/>
          <w:numId w:val="10"/>
        </w:numPr>
        <w:spacing w:after="0" w:line="240" w:lineRule="auto"/>
      </w:pPr>
      <w:r w:rsidRPr="00C36DCD">
        <w:rPr>
          <w:b/>
          <w:bCs/>
        </w:rPr>
        <w:t>Community Integration:</w:t>
      </w:r>
      <w:r w:rsidRPr="00C36DCD">
        <w:br/>
        <w:t>Provide </w:t>
      </w:r>
      <w:r w:rsidRPr="00C36DCD">
        <w:rPr>
          <w:b/>
          <w:bCs/>
        </w:rPr>
        <w:t>five letters of support</w:t>
      </w:r>
      <w:r w:rsidRPr="00C36DCD">
        <w:t xml:space="preserve"> from Canadian citizens (employers, </w:t>
      </w:r>
      <w:proofErr w:type="spellStart"/>
      <w:r w:rsidRPr="00C36DCD">
        <w:t>neighbours</w:t>
      </w:r>
      <w:proofErr w:type="spellEnd"/>
      <w:r w:rsidRPr="00C36DCD">
        <w:t>, volunteers or community members) attesting to their integrity, community involvement and contribution to Canadian society.</w:t>
      </w:r>
    </w:p>
    <w:p w14:paraId="4EE45302" w14:textId="77777777" w:rsidR="00ED1AF6" w:rsidRPr="00C36DCD" w:rsidRDefault="00ED1AF6" w:rsidP="00ED1AF6">
      <w:pPr>
        <w:numPr>
          <w:ilvl w:val="0"/>
          <w:numId w:val="10"/>
        </w:numPr>
        <w:spacing w:after="0" w:line="240" w:lineRule="auto"/>
      </w:pPr>
      <w:r w:rsidRPr="00C36DCD">
        <w:rPr>
          <w:b/>
          <w:bCs/>
        </w:rPr>
        <w:t>Work Permit Extension:</w:t>
      </w:r>
      <w:r w:rsidRPr="00C36DCD">
        <w:br/>
        <w:t>Extend </w:t>
      </w:r>
      <w:r w:rsidRPr="00C36DCD">
        <w:rPr>
          <w:b/>
          <w:bCs/>
        </w:rPr>
        <w:t>open work permits</w:t>
      </w:r>
      <w:r w:rsidRPr="00C36DCD">
        <w:t> for another </w:t>
      </w:r>
      <w:r w:rsidRPr="00C36DCD">
        <w:rPr>
          <w:b/>
          <w:bCs/>
        </w:rPr>
        <w:t>three years</w:t>
      </w:r>
      <w:r w:rsidRPr="00C36DCD">
        <w:t> for Ukrainians in Canada under the CUAET program who have not yet met the residency requirement (two years out of four).</w:t>
      </w:r>
      <w:r w:rsidRPr="00C36DCD">
        <w:br/>
        <w:t>This will allow them to continue working, contributing to the economy, and integrating into society while completing the required residency period.</w:t>
      </w:r>
    </w:p>
    <w:p w14:paraId="28514939" w14:textId="77777777" w:rsidR="00ED1AF6" w:rsidRPr="00C36DCD" w:rsidRDefault="00ED1AF6" w:rsidP="00ED1AF6">
      <w:pPr>
        <w:numPr>
          <w:ilvl w:val="0"/>
          <w:numId w:val="10"/>
        </w:numPr>
        <w:spacing w:after="0" w:line="240" w:lineRule="auto"/>
      </w:pPr>
      <w:r w:rsidRPr="00C36DCD">
        <w:rPr>
          <w:b/>
          <w:bCs/>
        </w:rPr>
        <w:t>Introducing a Bridge Visa:</w:t>
      </w:r>
      <w:r w:rsidRPr="00C36DCD">
        <w:br/>
        <w:t>Introduce a Bridge Visa mechanism for applicants applying for permanent residence under the new program.</w:t>
      </w:r>
      <w:r w:rsidRPr="00C36DCD">
        <w:br/>
        <w:t>This visa will provide legal residency and work in Canada while their application is being processed, preventing unnecessary interruptions in employment and ensuring family stability.</w:t>
      </w:r>
    </w:p>
    <w:p w14:paraId="5172CCD9" w14:textId="77777777" w:rsidR="00ED1AF6" w:rsidRPr="00C36DCD" w:rsidRDefault="00360DE0" w:rsidP="00ED1AF6">
      <w:r>
        <w:rPr>
          <w:noProof/>
        </w:rPr>
        <w:pict w14:anchorId="4F0DF8E7">
          <v:rect id="_x0000_i1025" alt="" style="width:431.95pt;height:.05pt;mso-width-percent:0;mso-height-percent:0;mso-width-percent:0;mso-height-percent:0" o:hrpct="923" o:hrstd="t" o:hr="t" fillcolor="#a0a0a0" stroked="f"/>
        </w:pict>
      </w:r>
    </w:p>
    <w:p w14:paraId="793EF70B" w14:textId="77777777" w:rsidR="00ED1AF6" w:rsidRDefault="00ED1AF6" w:rsidP="00ED1AF6">
      <w:pPr>
        <w:rPr>
          <w:b/>
          <w:bCs/>
        </w:rPr>
      </w:pPr>
    </w:p>
    <w:p w14:paraId="13A4D567" w14:textId="77777777" w:rsidR="00ED1AF6" w:rsidRDefault="00ED1AF6" w:rsidP="00ED1AF6">
      <w:pPr>
        <w:rPr>
          <w:b/>
          <w:bCs/>
        </w:rPr>
      </w:pPr>
    </w:p>
    <w:p w14:paraId="29118606" w14:textId="77777777" w:rsidR="00ED1AF6" w:rsidRDefault="00ED1AF6" w:rsidP="00ED1AF6">
      <w:pPr>
        <w:rPr>
          <w:b/>
          <w:bCs/>
        </w:rPr>
      </w:pPr>
    </w:p>
    <w:p w14:paraId="794F0088" w14:textId="359B7CDA" w:rsidR="00ED1AF6" w:rsidRDefault="00ED1AF6" w:rsidP="00ED1AF6">
      <w:pPr>
        <w:rPr>
          <w:b/>
          <w:bCs/>
        </w:rPr>
      </w:pPr>
      <w:r w:rsidRPr="00C36DCD">
        <w:rPr>
          <w:b/>
          <w:bCs/>
        </w:rPr>
        <w:lastRenderedPageBreak/>
        <w:t>Why is this important?</w:t>
      </w:r>
    </w:p>
    <w:p w14:paraId="1F95DBAD" w14:textId="56B85984" w:rsidR="00ED1AF6" w:rsidRPr="00ED1AF6" w:rsidRDefault="00ED1AF6" w:rsidP="00ED1AF6">
      <w:pPr>
        <w:rPr>
          <w:b/>
          <w:bCs/>
        </w:rPr>
      </w:pPr>
      <w:r w:rsidRPr="00C36DCD">
        <w:t>The creation of such a long-term program would not only provide stability and certainty for tens of thousands of Ukrainian families — allowing them to live peacefully and plan for their future — but would also reduce the administrative burden on IRCC.</w:t>
      </w:r>
    </w:p>
    <w:p w14:paraId="53192DAD" w14:textId="77777777" w:rsidR="00ED1AF6" w:rsidRPr="00C36DCD" w:rsidRDefault="00ED1AF6" w:rsidP="00ED1AF6">
      <w:r w:rsidRPr="00C36DCD">
        <w:t>A clear and transparent pathway to permanent residency would decrease the number of visa extensions, shorten processing queues, and allow for more efficient use of government resources, while at the same time giving Ukrainian families confidence and a fair opportunity to obtain status based on their contribution and integration into Canadian life.</w:t>
      </w:r>
    </w:p>
    <w:p w14:paraId="07FA17AC" w14:textId="77777777" w:rsidR="00ED1AF6" w:rsidRPr="00C36DCD" w:rsidRDefault="00ED1AF6" w:rsidP="00ED1AF6">
      <w:r w:rsidRPr="00C36DCD">
        <w:t>This initiative represents a logical continuation of Canada’s longstanding commitment to </w:t>
      </w:r>
      <w:r w:rsidRPr="00C36DCD">
        <w:rPr>
          <w:b/>
          <w:bCs/>
        </w:rPr>
        <w:t>humanitarian values, solidarity, and global leadership</w:t>
      </w:r>
      <w:r w:rsidRPr="00C36DCD">
        <w:t>.</w:t>
      </w:r>
    </w:p>
    <w:p w14:paraId="206AE273" w14:textId="77777777" w:rsidR="00ED1AF6" w:rsidRPr="00C36DCD" w:rsidRDefault="00ED1AF6" w:rsidP="00ED1AF6">
      <w:r w:rsidRPr="00C36DCD">
        <w:t>Not only would it help Ukrainians achieve stability, but it would also strengthen Canada by retaining hardworking, grateful, and socially engaged people who have already made this country their home.</w:t>
      </w:r>
    </w:p>
    <w:p w14:paraId="0213FE10" w14:textId="77777777" w:rsidR="00ED1AF6" w:rsidRDefault="00ED1AF6"/>
    <w:sectPr w:rsidR="00ED1AF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687E65C7"/>
    <w:multiLevelType w:val="multilevel"/>
    <w:tmpl w:val="88C45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3114053">
    <w:abstractNumId w:val="8"/>
  </w:num>
  <w:num w:numId="2" w16cid:durableId="232816219">
    <w:abstractNumId w:val="6"/>
  </w:num>
  <w:num w:numId="3" w16cid:durableId="374160737">
    <w:abstractNumId w:val="5"/>
  </w:num>
  <w:num w:numId="4" w16cid:durableId="2119906514">
    <w:abstractNumId w:val="4"/>
  </w:num>
  <w:num w:numId="5" w16cid:durableId="504171117">
    <w:abstractNumId w:val="7"/>
  </w:num>
  <w:num w:numId="6" w16cid:durableId="1675451906">
    <w:abstractNumId w:val="3"/>
  </w:num>
  <w:num w:numId="7" w16cid:durableId="1241254096">
    <w:abstractNumId w:val="2"/>
  </w:num>
  <w:num w:numId="8" w16cid:durableId="531384285">
    <w:abstractNumId w:val="1"/>
  </w:num>
  <w:num w:numId="9" w16cid:durableId="899827946">
    <w:abstractNumId w:val="0"/>
  </w:num>
  <w:num w:numId="10" w16cid:durableId="200265545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6F87"/>
    <w:rsid w:val="0015074B"/>
    <w:rsid w:val="0029639D"/>
    <w:rsid w:val="00326F90"/>
    <w:rsid w:val="00360DE0"/>
    <w:rsid w:val="00787319"/>
    <w:rsid w:val="00AA1D8D"/>
    <w:rsid w:val="00B47730"/>
    <w:rsid w:val="00CB0664"/>
    <w:rsid w:val="00ED1AF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B1EEAE"/>
  <w14:defaultImageDpi w14:val="300"/>
  <w15:docId w15:val="{14820514-C065-3147-A679-439C7A81E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659</Words>
  <Characters>3761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Vyacheslav Dubchenko</cp:lastModifiedBy>
  <cp:revision>2</cp:revision>
  <dcterms:created xsi:type="dcterms:W3CDTF">2013-12-23T23:15:00Z</dcterms:created>
  <dcterms:modified xsi:type="dcterms:W3CDTF">2025-11-16T01:23:00Z</dcterms:modified>
  <cp:category/>
</cp:coreProperties>
</file>